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jc w:val="center"/>
      </w:pPr>
      <w:r>
        <w:rPr>
          <w:b/>
          <w:i w:val="0"/>
          <w:color w:val="0B2F5B"/>
          <w:sz w:val="32"/>
        </w:rPr>
        <w:t>The Ballarat &amp; Central Highlands Church of Christ</w:t>
      </w:r>
    </w:p>
    <w:p>
      <w:pPr>
        <w:spacing w:after="40" w:before="0"/>
        <w:jc w:val="center"/>
      </w:pPr>
      <w:r>
        <w:rPr>
          <w:b w:val="0"/>
          <w:i w:val="0"/>
          <w:color w:val="404040"/>
          <w:sz w:val="24"/>
        </w:rPr>
        <w:t>First Principles Study Guide</w:t>
      </w:r>
    </w:p>
    <w:p>
      <w:pPr>
        <w:spacing w:after="360" w:before="0"/>
        <w:jc w:val="center"/>
      </w:pPr>
      <w:r>
        <w:rPr>
          <w:b w:val="0"/>
          <w:i/>
          <w:color w:val="B98221"/>
          <w:sz w:val="21"/>
        </w:rPr>
        <w:t>Loving, Purposeful and Biblical</w:t>
      </w:r>
    </w:p>
    <w:p>
      <w:pPr>
        <w:spacing w:after="0" w:before="0"/>
        <w:jc w:val="center"/>
      </w:pPr>
      <w:r>
        <w:rPr>
          <w:b/>
          <w:i w:val="0"/>
          <w:color w:val="B98221"/>
          <w:sz w:val="22"/>
        </w:rPr>
        <w:t>Study 3</w:t>
      </w:r>
    </w:p>
    <w:p>
      <w:pPr>
        <w:spacing w:after="880" w:before="0"/>
        <w:jc w:val="center"/>
      </w:pPr>
      <w:r>
        <w:rPr>
          <w:b/>
          <w:i w:val="0"/>
          <w:color w:val="0B2F5B"/>
          <w:sz w:val="52"/>
        </w:rPr>
        <w:t>Discipleship</w:t>
      </w:r>
    </w:p>
    <w:p>
      <w:pPr>
        <w:pStyle w:val="Heading2"/>
      </w:pPr>
      <w:r>
        <w:t>Before You Read</w:t>
      </w:r>
    </w:p>
    <w:p>
      <w:pPr>
        <w:pStyle w:val="ListBullet"/>
        <w:spacing w:after="40" w:line="252" w:lineRule="auto"/>
      </w:pPr>
      <w:r>
        <w:rPr>
          <w:sz w:val="21"/>
        </w:rPr>
        <w:t>What comes to mind when you hear the word "disciple"?</w:t>
      </w:r>
    </w:p>
    <w:p>
      <w:pPr>
        <w:pStyle w:val="ListBullet"/>
        <w:spacing w:after="40" w:line="252" w:lineRule="auto"/>
      </w:pPr>
      <w:r>
        <w:rPr>
          <w:sz w:val="21"/>
        </w:rPr>
        <w:t>What is the difference between admiring Jesus and actually following Him?</w:t>
      </w:r>
    </w:p>
    <w:p>
      <w:pPr>
        <w:pStyle w:val="ListBullet"/>
        <w:spacing w:after="40" w:line="252" w:lineRule="auto"/>
      </w:pPr>
      <w:r>
        <w:rPr>
          <w:sz w:val="21"/>
        </w:rPr>
        <w:t>What kinds of things usually shape a person's priorities, decisions, and lifestyle?</w:t>
      </w:r>
    </w:p>
    <w:p>
      <w:r>
        <w:br w:type="page"/>
      </w:r>
    </w:p>
    <w:p>
      <w:pPr>
        <w:spacing w:after="0" w:before="0"/>
        <w:jc w:val="center"/>
      </w:pPr>
      <w:r>
        <w:rPr>
          <w:b/>
          <w:i w:val="0"/>
          <w:color w:val="0B2F5B"/>
          <w:sz w:val="28"/>
        </w:rPr>
        <w:t>Study 3: Discipleship</w:t>
      </w:r>
    </w:p>
    <w:p>
      <w:pPr>
        <w:spacing w:before="160" w:after="60"/>
      </w:pPr>
      <w:r>
        <w:rPr>
          <w:b/>
          <w:color w:val="0B2F5B"/>
          <w:sz w:val="28"/>
        </w:rPr>
        <w:t>Luke 9:23-26</w:t>
      </w:r>
    </w:p>
    <w:p>
      <w:pPr>
        <w:spacing w:after="100"/>
      </w:pPr>
      <w:r>
        <w:rPr>
          <w:b/>
          <w:sz w:val="21"/>
        </w:rPr>
        <w:t xml:space="preserve">Read: </w:t>
      </w:r>
      <w:r>
        <w:t>Luke 9:23-26 in the NIV. Jesus explains what it means for anyone to come after Him.</w:t>
      </w:r>
    </w:p>
    <w:p>
      <w:pPr>
        <w:spacing w:before="120" w:after="60"/>
      </w:pPr>
      <w:r>
        <w:rPr>
          <w:b/>
          <w:color w:val="B98221"/>
          <w:sz w:val="21"/>
        </w:rPr>
        <w:t>Observation - What does the passage say?</w:t>
      </w:r>
    </w:p>
    <w:p>
      <w:pPr>
        <w:pStyle w:val="ListNumber"/>
        <w:spacing w:after="40" w:line="252" w:lineRule="auto"/>
      </w:pPr>
      <w:r>
        <w:rPr>
          <w:sz w:val="21"/>
        </w:rPr>
        <w:t>According to Jesus, who is invited to follow Him?</w:t>
      </w:r>
    </w:p>
    <w:p>
      <w:pPr>
        <w:pStyle w:val="ListNumber"/>
        <w:spacing w:after="40" w:line="252" w:lineRule="auto"/>
      </w:pPr>
      <w:r>
        <w:rPr>
          <w:sz w:val="21"/>
        </w:rPr>
        <w:t>What three things does Jesus say a person must do to follow Him?</w:t>
      </w:r>
    </w:p>
    <w:p>
      <w:pPr>
        <w:pStyle w:val="ListNumber"/>
        <w:spacing w:after="40" w:line="252" w:lineRule="auto"/>
      </w:pPr>
      <w:r>
        <w:rPr>
          <w:sz w:val="21"/>
        </w:rPr>
        <w:t>What contrast does Jesus make between saving your life and losing your life?</w:t>
      </w:r>
    </w:p>
    <w:p>
      <w:pPr>
        <w:spacing w:before="120" w:after="60"/>
      </w:pPr>
      <w:r>
        <w:rPr>
          <w:b/>
          <w:color w:val="B98221"/>
          <w:sz w:val="21"/>
        </w:rPr>
        <w:t>Interpretation - What does it mean?</w:t>
      </w:r>
    </w:p>
    <w:p>
      <w:pPr>
        <w:pStyle w:val="ListNumber"/>
        <w:spacing w:after="40" w:line="252" w:lineRule="auto"/>
      </w:pPr>
      <w:r>
        <w:rPr>
          <w:sz w:val="21"/>
        </w:rPr>
        <w:t>What do you think it means to deny yourself?</w:t>
      </w:r>
    </w:p>
    <w:p>
      <w:pPr>
        <w:pStyle w:val="ListNumber"/>
        <w:spacing w:after="40" w:line="252" w:lineRule="auto"/>
      </w:pPr>
      <w:r>
        <w:rPr>
          <w:sz w:val="21"/>
        </w:rPr>
        <w:t>What does it mean to take up your cross daily, rather than only once?</w:t>
      </w:r>
    </w:p>
    <w:p>
      <w:pPr>
        <w:pStyle w:val="ListNumber"/>
        <w:spacing w:after="40" w:line="252" w:lineRule="auto"/>
      </w:pPr>
      <w:r>
        <w:rPr>
          <w:sz w:val="21"/>
        </w:rPr>
        <w:t>Why might Jesus connect discipleship with a person's soul and eternity?</w:t>
      </w:r>
    </w:p>
    <w:p>
      <w:pPr>
        <w:spacing w:before="120" w:after="60"/>
      </w:pPr>
      <w:r>
        <w:rPr>
          <w:b/>
          <w:color w:val="B98221"/>
          <w:sz w:val="21"/>
        </w:rPr>
        <w:t>Application - What could this mean for me?</w:t>
      </w:r>
    </w:p>
    <w:p>
      <w:pPr>
        <w:pStyle w:val="ListNumber"/>
        <w:spacing w:after="40" w:line="252" w:lineRule="auto"/>
      </w:pPr>
      <w:r>
        <w:rPr>
          <w:sz w:val="21"/>
        </w:rPr>
        <w:t>In what areas of life is it hardest to deny yourself?</w:t>
      </w:r>
    </w:p>
    <w:p>
      <w:pPr>
        <w:pStyle w:val="ListNumber"/>
        <w:spacing w:after="40" w:line="252" w:lineRule="auto"/>
      </w:pPr>
      <w:r>
        <w:rPr>
          <w:sz w:val="21"/>
        </w:rPr>
        <w:t>What would daily discipleship look like in your relationships, time, habits, or decisions?</w:t>
      </w:r>
    </w:p>
    <w:p>
      <w:pPr>
        <w:pStyle w:val="ListNumber"/>
        <w:spacing w:after="40" w:line="252" w:lineRule="auto"/>
      </w:pPr>
      <w:r>
        <w:rPr>
          <w:sz w:val="21"/>
        </w:rPr>
        <w:t>What is one area where following Jesus could challenge your current priorities?</w:t>
      </w:r>
    </w:p>
    <w:p>
      <w:pPr>
        <w:spacing w:before="160" w:after="60"/>
      </w:pPr>
      <w:r>
        <w:rPr>
          <w:b/>
          <w:color w:val="0B2F5B"/>
          <w:sz w:val="28"/>
        </w:rPr>
        <w:t>Luke 14:25-33</w:t>
      </w:r>
    </w:p>
    <w:p>
      <w:pPr>
        <w:spacing w:after="100"/>
      </w:pPr>
      <w:r>
        <w:rPr>
          <w:b/>
          <w:sz w:val="21"/>
        </w:rPr>
        <w:t xml:space="preserve">Read: </w:t>
      </w:r>
      <w:r>
        <w:t>Luke 14:25-33 in the NIV. Jesus teaches the crowd to consider the cost of becoming His disciple.</w:t>
      </w:r>
    </w:p>
    <w:p>
      <w:pPr>
        <w:spacing w:before="120" w:after="60"/>
      </w:pPr>
      <w:r>
        <w:rPr>
          <w:b/>
          <w:color w:val="B98221"/>
          <w:sz w:val="21"/>
        </w:rPr>
        <w:t>Observation - What does the passage say?</w:t>
      </w:r>
    </w:p>
    <w:p>
      <w:pPr>
        <w:pStyle w:val="ListNumber"/>
        <w:spacing w:after="40" w:line="252" w:lineRule="auto"/>
      </w:pPr>
      <w:r>
        <w:rPr>
          <w:sz w:val="21"/>
        </w:rPr>
        <w:t>What relationships and possessions does Jesus mention in this passage?</w:t>
      </w:r>
    </w:p>
    <w:p>
      <w:pPr>
        <w:pStyle w:val="ListNumber"/>
        <w:spacing w:after="40" w:line="252" w:lineRule="auto"/>
      </w:pPr>
      <w:r>
        <w:rPr>
          <w:sz w:val="21"/>
        </w:rPr>
        <w:t>What examples does Jesus use to explain the importance of counting the cost?</w:t>
      </w:r>
    </w:p>
    <w:p>
      <w:pPr>
        <w:pStyle w:val="ListNumber"/>
        <w:spacing w:after="40" w:line="252" w:lineRule="auto"/>
      </w:pPr>
      <w:r>
        <w:rPr>
          <w:sz w:val="21"/>
        </w:rPr>
        <w:t>What repeated phrase shows the seriousness of Jesus' teaching?</w:t>
      </w:r>
    </w:p>
    <w:p>
      <w:pPr>
        <w:spacing w:before="120" w:after="60"/>
      </w:pPr>
      <w:r>
        <w:rPr>
          <w:b/>
          <w:color w:val="B98221"/>
          <w:sz w:val="21"/>
        </w:rPr>
        <w:t>Interpretation - What does it mean?</w:t>
      </w:r>
    </w:p>
    <w:p>
      <w:pPr>
        <w:pStyle w:val="ListNumber"/>
        <w:spacing w:after="40" w:line="252" w:lineRule="auto"/>
      </w:pPr>
      <w:r>
        <w:rPr>
          <w:sz w:val="21"/>
        </w:rPr>
        <w:t>Why do you think Jesus speaks so strongly about putting Him first?</w:t>
      </w:r>
    </w:p>
    <w:p>
      <w:pPr>
        <w:pStyle w:val="ListNumber"/>
        <w:spacing w:after="40" w:line="252" w:lineRule="auto"/>
      </w:pPr>
      <w:r>
        <w:rPr>
          <w:sz w:val="21"/>
        </w:rPr>
        <w:t>What is the difference between an emotional decision and a counted-cost decision?</w:t>
      </w:r>
    </w:p>
    <w:p>
      <w:pPr>
        <w:pStyle w:val="ListNumber"/>
        <w:spacing w:after="40" w:line="252" w:lineRule="auto"/>
      </w:pPr>
      <w:r>
        <w:rPr>
          <w:sz w:val="21"/>
        </w:rPr>
        <w:t>Why would Jesus want people to understand the cost before they begin?</w:t>
      </w:r>
    </w:p>
    <w:p>
      <w:pPr>
        <w:spacing w:before="120" w:after="60"/>
      </w:pPr>
      <w:r>
        <w:rPr>
          <w:b/>
          <w:color w:val="B98221"/>
          <w:sz w:val="21"/>
        </w:rPr>
        <w:t>Application - What could this mean for me?</w:t>
      </w:r>
    </w:p>
    <w:p>
      <w:pPr>
        <w:pStyle w:val="ListNumber"/>
        <w:spacing w:after="40" w:line="252" w:lineRule="auto"/>
      </w:pPr>
      <w:r>
        <w:rPr>
          <w:sz w:val="21"/>
        </w:rPr>
        <w:t>What relationships, ambitions, comforts, or possessions might compete with Jesus for first place?</w:t>
      </w:r>
    </w:p>
    <w:p>
      <w:pPr>
        <w:pStyle w:val="ListNumber"/>
        <w:spacing w:after="40" w:line="252" w:lineRule="auto"/>
      </w:pPr>
      <w:r>
        <w:rPr>
          <w:sz w:val="21"/>
        </w:rPr>
        <w:t>What would it look like to put Jesus above everything else in ordinary life?</w:t>
      </w:r>
    </w:p>
    <w:p>
      <w:pPr>
        <w:pStyle w:val="ListNumber"/>
        <w:spacing w:after="40" w:line="252" w:lineRule="auto"/>
      </w:pPr>
      <w:r>
        <w:rPr>
          <w:sz w:val="21"/>
        </w:rPr>
        <w:t>Are there costs of discipleship that you need to think through honestly?</w:t>
      </w:r>
    </w:p>
    <w:p>
      <w:r>
        <w:br w:type="page"/>
      </w:r>
    </w:p>
    <w:p>
      <w:pPr>
        <w:spacing w:after="0" w:before="0"/>
        <w:jc w:val="center"/>
      </w:pPr>
      <w:r>
        <w:rPr>
          <w:b/>
          <w:i w:val="0"/>
          <w:color w:val="0B2F5B"/>
          <w:sz w:val="28"/>
        </w:rPr>
        <w:t>Study 3: Discipleship</w:t>
      </w:r>
    </w:p>
    <w:p>
      <w:pPr>
        <w:spacing w:before="160" w:after="60"/>
      </w:pPr>
      <w:r>
        <w:rPr>
          <w:b/>
          <w:color w:val="0B2F5B"/>
          <w:sz w:val="28"/>
        </w:rPr>
        <w:t>Matthew 28:18-20</w:t>
      </w:r>
    </w:p>
    <w:p>
      <w:pPr>
        <w:spacing w:after="100"/>
      </w:pPr>
      <w:r>
        <w:rPr>
          <w:b/>
          <w:sz w:val="21"/>
        </w:rPr>
        <w:t xml:space="preserve">Read: </w:t>
      </w:r>
      <w:r>
        <w:t>Matthew 28:18-20 in the NIV. Jesus gives His disciples a mission to make disciples of all nations.</w:t>
      </w:r>
    </w:p>
    <w:p>
      <w:pPr>
        <w:spacing w:before="120" w:after="60"/>
      </w:pPr>
      <w:r>
        <w:rPr>
          <w:b/>
          <w:color w:val="B98221"/>
          <w:sz w:val="21"/>
        </w:rPr>
        <w:t>Observation - What does the passage say?</w:t>
      </w:r>
    </w:p>
    <w:p>
      <w:pPr>
        <w:pStyle w:val="ListNumber"/>
        <w:spacing w:after="40" w:line="252" w:lineRule="auto"/>
      </w:pPr>
      <w:r>
        <w:rPr>
          <w:sz w:val="21"/>
        </w:rPr>
        <w:t>What authority does Jesus claim?</w:t>
      </w:r>
    </w:p>
    <w:p>
      <w:pPr>
        <w:pStyle w:val="ListNumber"/>
        <w:spacing w:after="40" w:line="252" w:lineRule="auto"/>
      </w:pPr>
      <w:r>
        <w:rPr>
          <w:sz w:val="21"/>
        </w:rPr>
        <w:t>What command does Jesus give His disciples?</w:t>
      </w:r>
    </w:p>
    <w:p>
      <w:pPr>
        <w:pStyle w:val="ListNumber"/>
        <w:spacing w:after="40" w:line="252" w:lineRule="auto"/>
      </w:pPr>
      <w:r>
        <w:rPr>
          <w:sz w:val="21"/>
        </w:rPr>
        <w:t>What are new disciples to be taught to obey?</w:t>
      </w:r>
    </w:p>
    <w:p>
      <w:pPr>
        <w:spacing w:before="120" w:after="60"/>
      </w:pPr>
      <w:r>
        <w:rPr>
          <w:b/>
          <w:color w:val="B98221"/>
          <w:sz w:val="21"/>
        </w:rPr>
        <w:t>Interpretation - What does it mean?</w:t>
      </w:r>
    </w:p>
    <w:p>
      <w:pPr>
        <w:pStyle w:val="ListNumber"/>
        <w:spacing w:after="40" w:line="252" w:lineRule="auto"/>
      </w:pPr>
      <w:r>
        <w:rPr>
          <w:sz w:val="21"/>
        </w:rPr>
        <w:t>Why is Jesus' authority important for understanding discipleship?</w:t>
      </w:r>
    </w:p>
    <w:p>
      <w:pPr>
        <w:pStyle w:val="ListNumber"/>
        <w:spacing w:after="40" w:line="252" w:lineRule="auto"/>
      </w:pPr>
      <w:r>
        <w:rPr>
          <w:sz w:val="21"/>
        </w:rPr>
        <w:t>Why do you think Jesus says to make disciples, not just attenders or believers?</w:t>
      </w:r>
    </w:p>
    <w:p>
      <w:pPr>
        <w:pStyle w:val="ListNumber"/>
        <w:spacing w:after="40" w:line="252" w:lineRule="auto"/>
      </w:pPr>
      <w:r>
        <w:rPr>
          <w:sz w:val="21"/>
        </w:rPr>
        <w:t>How does obedience fit into learning from Jesus?</w:t>
      </w:r>
    </w:p>
    <w:p>
      <w:pPr>
        <w:spacing w:before="120" w:after="60"/>
      </w:pPr>
      <w:r>
        <w:rPr>
          <w:b/>
          <w:color w:val="B98221"/>
          <w:sz w:val="21"/>
        </w:rPr>
        <w:t>Application - What could this mean for me?</w:t>
      </w:r>
    </w:p>
    <w:p>
      <w:pPr>
        <w:pStyle w:val="ListNumber"/>
        <w:spacing w:after="40" w:line="252" w:lineRule="auto"/>
      </w:pPr>
      <w:r>
        <w:rPr>
          <w:sz w:val="21"/>
        </w:rPr>
        <w:t>What would it mean for you to learn not only about Jesus, but to obey Him?</w:t>
      </w:r>
    </w:p>
    <w:p>
      <w:pPr>
        <w:pStyle w:val="ListNumber"/>
        <w:spacing w:after="40" w:line="252" w:lineRule="auto"/>
      </w:pPr>
      <w:r>
        <w:rPr>
          <w:sz w:val="21"/>
        </w:rPr>
        <w:t>How could your life help another person learn to follow Jesus?</w:t>
      </w:r>
    </w:p>
    <w:p>
      <w:pPr>
        <w:pStyle w:val="ListNumber"/>
        <w:spacing w:after="40" w:line="252" w:lineRule="auto"/>
      </w:pPr>
      <w:r>
        <w:rPr>
          <w:sz w:val="21"/>
        </w:rPr>
        <w:t>What part of Jesus' mission feels exciting, challenging, or confronting to you?</w:t>
      </w:r>
    </w:p>
    <w:p>
      <w:pPr>
        <w:pStyle w:val="Heading2"/>
      </w:pPr>
      <w:r>
        <w:t>Personal Reflection</w:t>
      </w:r>
    </w:p>
    <w:p>
      <w:pPr>
        <w:pStyle w:val="ListBullet"/>
        <w:spacing w:after="40" w:line="252" w:lineRule="auto"/>
      </w:pPr>
      <w:r>
        <w:rPr>
          <w:sz w:val="21"/>
        </w:rPr>
        <w:t>What would change if Jesus became the highest priority in your life?</w:t>
      </w:r>
    </w:p>
    <w:p>
      <w:pPr>
        <w:pStyle w:val="ListBullet"/>
        <w:spacing w:after="40" w:line="252" w:lineRule="auto"/>
      </w:pPr>
      <w:r>
        <w:rPr>
          <w:sz w:val="21"/>
        </w:rPr>
        <w:t>Where do you most need courage to follow Jesus rather than drift with the crowd?</w:t>
      </w:r>
    </w:p>
    <w:p>
      <w:pPr>
        <w:pStyle w:val="ListBullet"/>
        <w:spacing w:after="40" w:line="252" w:lineRule="auto"/>
      </w:pPr>
      <w:r>
        <w:rPr>
          <w:sz w:val="21"/>
        </w:rPr>
        <w:t>What would help you count the cost honestly and still choose to follow Him?</w:t>
      </w:r>
    </w:p>
    <w:p>
      <w:pPr>
        <w:pStyle w:val="ListBullet"/>
        <w:spacing w:after="40" w:line="252" w:lineRule="auto"/>
      </w:pPr>
      <w:r>
        <w:rPr>
          <w:sz w:val="21"/>
        </w:rPr>
        <w:t>Are you willing to become a disciple of Jesus, not only a person who believes in Him?</w:t>
      </w:r>
    </w:p>
    <w:p>
      <w:pPr>
        <w:pStyle w:val="Heading2"/>
      </w:pPr>
      <w:r>
        <w:t>Personal Benefit</w:t>
      </w:r>
    </w:p>
    <w:p>
      <w:pPr>
        <w:spacing w:after="100" w:line="252" w:lineRule="auto"/>
      </w:pPr>
      <w:r>
        <w:rPr>
          <w:sz w:val="21"/>
        </w:rPr>
        <w:t>Following Jesus can help you:</w:t>
      </w:r>
    </w:p>
    <w:p>
      <w:pPr>
        <w:pStyle w:val="ListBullet"/>
        <w:spacing w:after="40" w:line="252" w:lineRule="auto"/>
      </w:pPr>
      <w:r>
        <w:rPr>
          <w:sz w:val="21"/>
        </w:rPr>
        <w:t>Live with clearer purpose and direction.</w:t>
      </w:r>
    </w:p>
    <w:p>
      <w:pPr>
        <w:pStyle w:val="ListBullet"/>
        <w:spacing w:after="40" w:line="252" w:lineRule="auto"/>
      </w:pPr>
      <w:r>
        <w:rPr>
          <w:sz w:val="21"/>
        </w:rPr>
        <w:t>Build your life around lasting priorities rather than temporary pressures.</w:t>
      </w:r>
    </w:p>
    <w:p>
      <w:pPr>
        <w:pStyle w:val="ListBullet"/>
        <w:spacing w:after="40" w:line="252" w:lineRule="auto"/>
      </w:pPr>
      <w:r>
        <w:rPr>
          <w:sz w:val="21"/>
        </w:rPr>
        <w:t>Grow in character, courage, humility, and love.</w:t>
      </w:r>
    </w:p>
    <w:p>
      <w:pPr>
        <w:pStyle w:val="ListBullet"/>
        <w:spacing w:after="40" w:line="252" w:lineRule="auto"/>
      </w:pPr>
      <w:r>
        <w:rPr>
          <w:sz w:val="21"/>
        </w:rPr>
        <w:t>Make decisions with Jesus at the centre.</w:t>
      </w:r>
    </w:p>
    <w:p>
      <w:pPr>
        <w:pStyle w:val="ListBullet"/>
        <w:spacing w:after="40" w:line="252" w:lineRule="auto"/>
      </w:pPr>
      <w:r>
        <w:rPr>
          <w:sz w:val="21"/>
        </w:rPr>
        <w:t>Become the kind of person who helps others know and follow God.</w:t>
      </w:r>
    </w:p>
    <w:p>
      <w:pPr>
        <w:pStyle w:val="ListBullet"/>
        <w:spacing w:after="40" w:line="252" w:lineRule="auto"/>
      </w:pPr>
      <w:r>
        <w:rPr>
          <w:sz w:val="21"/>
        </w:rPr>
        <w:t>Live intentionally rather than simply drifting through life.</w:t>
      </w:r>
    </w:p>
    <w:p>
      <w:pPr>
        <w:pStyle w:val="Heading2"/>
      </w:pPr>
      <w:r>
        <w:t>Challenge</w:t>
      </w:r>
    </w:p>
    <w:p>
      <w:pPr>
        <w:spacing w:after="100" w:line="252" w:lineRule="auto"/>
      </w:pPr>
      <w:r>
        <w:rPr>
          <w:sz w:val="21"/>
        </w:rPr>
        <w:t>Identify one practical area where you can put Jesus first this week. Pray about it, talk it through honestly, and take one step of obedience.</w:t>
      </w:r>
    </w:p>
    <w:p>
      <w:pPr>
        <w:pStyle w:val="Heading2"/>
      </w:pPr>
      <w:r>
        <w:t>Closing Question</w:t>
      </w:r>
    </w:p>
    <w:p>
      <w:pPr>
        <w:spacing w:after="100" w:line="252" w:lineRule="auto"/>
      </w:pPr>
      <w:r>
        <w:rPr>
          <w:sz w:val="21"/>
        </w:rPr>
        <w:t>Are you willing to put Jesus above everything else and follow Him as a disciple?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404040"/>
        <w:sz w:val="16"/>
      </w:rPr>
      <w:t>The Ballarat &amp; Central Highlands Church of Christ | First Principles Study Guide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202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0B2F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